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Homework, Class Four · 第四堂课作业</w:t>
      </w:r>
    </w:p>
    <w:p>
      <w:r>
        <w:rPr>
          <w:rFonts w:ascii="Calibri" w:hAnsi="Calibri" w:eastAsia="Source Han Sans"/>
          <w:color w:val="7A6A4F"/>
          <w:sz w:val="22"/>
        </w:rPr>
        <w:t>ACI Course 7 — The Vows of the Bodhisattva · Class 4 · 作業</w:t>
      </w:r>
    </w:p>
    <w:p/>
    <w:p>
      <w:r>
        <w:rPr>
          <w:rFonts w:ascii="Calibri" w:hAnsi="Calibri" w:eastAsia="Source Han Sans"/>
          <w:b/>
          <w:color w:val="8B6914"/>
          <w:sz w:val="24"/>
        </w:rPr>
        <w:t xml:space="preserve">1) </w:t>
      </w:r>
    </w:p>
    <w:p>
      <w:r>
        <w:rPr>
          <w:rFonts w:ascii="Calibri" w:hAnsi="Calibri"/>
          <w:i/>
          <w:color w:val="7A6A4F"/>
          <w:sz w:val="21"/>
        </w:rPr>
        <w:t>List the first nine root downfalls of the bodhisattva vows, using the short verse forms. (Tibetan track in Tibetan.)</w:t>
        <w:br/>
        <w:br/>
        <w:t>(1)</w:t>
        <w:br/>
        <w:br/>
        <w:t>(2)</w:t>
        <w:br/>
        <w:br/>
        <w:t>(3)</w:t>
        <w:br/>
        <w:br/>
        <w:t>(4)</w:t>
        <w:br/>
        <w:br/>
        <w:t>(5)</w:t>
        <w:br/>
        <w:br/>
        <w:t>(6)</w:t>
        <w:br/>
        <w:br/>
        <w:t>(7)</w:t>
        <w:br/>
        <w:br/>
        <w:t>(8)</w:t>
        <w:br/>
        <w:br/>
        <w:t>(9)</w:t>
      </w:r>
    </w:p>
    <w:p>
      <w:r>
        <w:rPr>
          <w:rFonts w:ascii="Calibri" w:hAnsi="Calibri" w:eastAsia="Source Han Sans"/>
          <w:sz w:val="22"/>
        </w:rPr>
        <w:t>用简短的诗句形式，列出菩萨戒的前九条根本堕。（藏文班请以藏文作答。）</w:t>
        <w:br/>
        <w:br/>
        <w:t>(1)</w:t>
        <w:br/>
        <w:br/>
        <w:t>(2)</w:t>
        <w:br/>
        <w:br/>
        <w:t>(3)</w:t>
        <w:br/>
        <w:br/>
        <w:t>(4)</w:t>
        <w:br/>
        <w:br/>
        <w:t>(5)</w:t>
        <w:br/>
        <w:br/>
        <w:t>(6)</w:t>
        <w:br/>
        <w:br/>
        <w:t>(7)</w:t>
        <w:br/>
        <w:br/>
        <w:t>(8)</w:t>
        <w:br/>
        <w:br/>
        <w:t>(9)</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In the original texts, the "root downfalls" are also referred to as "defeats." Explain the sense of each of these terms. (Tibetan track give the two terms in Tibetan and explain in English.)</w:t>
        <w:br/>
        <w:br/>
        <w:t>a)</w:t>
        <w:br/>
        <w:br/>
        <w:t>b)</w:t>
      </w:r>
    </w:p>
    <w:p>
      <w:r>
        <w:rPr>
          <w:rFonts w:ascii="Calibri" w:hAnsi="Calibri" w:eastAsia="Source Han Sans"/>
          <w:sz w:val="22"/>
        </w:rPr>
        <w:t>在原始文本里，“根本堕”也被称为“被打败（他胜）”。解释这两个词各自的意思。（藏文班请以藏文给出这两个词、以英文解释。）</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List the two parts of each of the first four root downfalls. (Tibetan track in Tibetan.)</w:t>
        <w:br/>
        <w:br/>
        <w:t>(1)     a)</w:t>
        <w:br/>
        <w:br/>
        <w:t xml:space="preserve">    b)</w:t>
        <w:br/>
        <w:br/>
        <w:t>(2)     a)</w:t>
        <w:br/>
        <w:br/>
        <w:t xml:space="preserve">    b)</w:t>
        <w:br/>
        <w:br/>
        <w:t>(3)     a)</w:t>
        <w:br/>
        <w:br/>
        <w:t xml:space="preserve">    b)</w:t>
        <w:br/>
        <w:br/>
        <w:t>(4)     a)</w:t>
        <w:br/>
        <w:br/>
        <w:t xml:space="preserve">    b)</w:t>
      </w:r>
    </w:p>
    <w:p>
      <w:r>
        <w:rPr>
          <w:rFonts w:ascii="Calibri" w:hAnsi="Calibri" w:eastAsia="Source Han Sans"/>
          <w:sz w:val="22"/>
        </w:rPr>
        <w:t>列出前四条根本堕各自的两个部分。（藏文班请以藏文作答。）</w:t>
        <w:br/>
        <w:br/>
        <w:t>(1)     a)</w:t>
        <w:br/>
        <w:br/>
        <w:t xml:space="preserve">    b)</w:t>
        <w:br/>
        <w:br/>
        <w:t>(2)     a)</w:t>
        <w:br/>
        <w:br/>
        <w:t xml:space="preserve">    b)</w:t>
        <w:br/>
        <w:br/>
        <w:t>(3)     a)</w:t>
        <w:br/>
        <w:br/>
        <w:t xml:space="preserve">    b)</w:t>
        <w:br/>
        <w:br/>
        <w:t>(4)     a)</w:t>
        <w:br/>
        <w:br/>
        <w:t xml:space="preserve">    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Why are these four downfalls not made into eight separate downfalls?</w:t>
      </w:r>
    </w:p>
    <w:p>
      <w:r>
        <w:rPr>
          <w:rFonts w:ascii="Calibri" w:hAnsi="Calibri" w:eastAsia="Source Han Sans"/>
          <w:sz w:val="22"/>
        </w:rPr>
        <w:t>这四条根本堕为什么不算成八条各别的根本堕？</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5) </w:t>
      </w:r>
    </w:p>
    <w:p>
      <w:r>
        <w:rPr>
          <w:rFonts w:ascii="Calibri" w:hAnsi="Calibri"/>
          <w:i/>
          <w:color w:val="7A6A4F"/>
          <w:sz w:val="21"/>
        </w:rPr>
        <w:t>Explain the two possible motivations behind breaking the first root vow. (Tibetan track in Tibetan.)</w:t>
        <w:br/>
        <w:br/>
        <w:t>a)</w:t>
        <w:br/>
        <w:br/>
        <w:t>b)</w:t>
      </w:r>
    </w:p>
    <w:p>
      <w:r>
        <w:rPr>
          <w:rFonts w:ascii="Calibri" w:hAnsi="Calibri" w:eastAsia="Source Han Sans"/>
          <w:sz w:val="22"/>
        </w:rPr>
        <w:t>解释犯下第一条根本戒时，背后可能有的两种动机。（藏文班请以藏文作答。）</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6) </w:t>
      </w:r>
    </w:p>
    <w:p>
      <w:r>
        <w:rPr>
          <w:rFonts w:ascii="Calibri" w:hAnsi="Calibri"/>
          <w:i/>
          <w:color w:val="7A6A4F"/>
          <w:sz w:val="21"/>
        </w:rPr>
        <w:t>Explain the two aspects of the person who is the object of the second root downfall.</w:t>
        <w:br/>
        <w:br/>
        <w:t>a)</w:t>
        <w:br/>
        <w:br/>
        <w:t>b)</w:t>
      </w:r>
    </w:p>
    <w:p>
      <w:r>
        <w:rPr>
          <w:rFonts w:ascii="Calibri" w:hAnsi="Calibri" w:eastAsia="Source Han Sans"/>
          <w:sz w:val="22"/>
        </w:rPr>
        <w:t>解释第二条根本堕的对象——那个人——所具备的两个面向。</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7) </w:t>
      </w:r>
    </w:p>
    <w:p>
      <w:r>
        <w:rPr>
          <w:rFonts w:ascii="Calibri" w:hAnsi="Calibri"/>
          <w:i/>
          <w:color w:val="7A6A4F"/>
          <w:sz w:val="21"/>
        </w:rPr>
        <w:t>Explain the difference in the objects of the fourth and the sixth root downfalls.</w:t>
      </w:r>
    </w:p>
    <w:p>
      <w:r>
        <w:rPr>
          <w:rFonts w:ascii="Calibri" w:hAnsi="Calibri" w:eastAsia="Source Han Sans"/>
          <w:sz w:val="22"/>
        </w:rPr>
        <w:t>解释第四条和第六条根本堕在对象上的差别。</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8) </w:t>
      </w:r>
    </w:p>
    <w:p>
      <w:r>
        <w:rPr>
          <w:rFonts w:ascii="Calibri" w:hAnsi="Calibri"/>
          <w:i/>
          <w:color w:val="7A6A4F"/>
          <w:sz w:val="21"/>
        </w:rPr>
        <w:t>Explain the forms of the seventh root downfall. (Tibetan track in Tibetan.)</w:t>
        <w:br/>
        <w:br/>
        <w:t>a)</w:t>
        <w:br/>
        <w:br/>
        <w:t>b)</w:t>
      </w:r>
    </w:p>
    <w:p>
      <w:r>
        <w:rPr>
          <w:rFonts w:ascii="Calibri" w:hAnsi="Calibri" w:eastAsia="Source Han Sans"/>
          <w:sz w:val="22"/>
        </w:rPr>
        <w:t>解释第七条根本堕有哪几种形式。（藏文班请以藏文作答。）</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9) </w:t>
      </w:r>
    </w:p>
    <w:p>
      <w:r>
        <w:rPr>
          <w:rFonts w:ascii="Calibri" w:hAnsi="Calibri"/>
          <w:i/>
          <w:color w:val="7A6A4F"/>
          <w:sz w:val="21"/>
        </w:rPr>
        <w:t>Name the five possible forms of the eight root downfall. (Tibetan track in Tibetan.)</w:t>
        <w:br/>
        <w:br/>
        <w:t>a)</w:t>
        <w:br/>
        <w:br/>
        <w:t>b)</w:t>
        <w:br/>
        <w:br/>
        <w:t>c)</w:t>
        <w:br/>
        <w:br/>
        <w:t>d)</w:t>
        <w:br/>
        <w:br/>
        <w:t>e)</w:t>
      </w:r>
    </w:p>
    <w:p>
      <w:r>
        <w:rPr>
          <w:rFonts w:ascii="Calibri" w:hAnsi="Calibri" w:eastAsia="Source Han Sans"/>
          <w:sz w:val="22"/>
        </w:rPr>
        <w:t>说出第八条根本堕可能有的五种形式。（藏文班请以藏文作答。）</w:t>
        <w:br/>
        <w:br/>
        <w:t>a)</w:t>
        <w:br/>
        <w:br/>
        <w:t>b)</w:t>
        <w:br/>
        <w:br/>
        <w:t>c)</w:t>
        <w:br/>
        <w:br/>
        <w:t>d)</w:t>
        <w:br/>
        <w:br/>
        <w:t>e)</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10) </w:t>
      </w:r>
    </w:p>
    <w:p>
      <w:r>
        <w:rPr>
          <w:rFonts w:ascii="Calibri" w:hAnsi="Calibri"/>
          <w:i/>
          <w:color w:val="7A6A4F"/>
          <w:sz w:val="21"/>
        </w:rPr>
        <w:t>Explain two typical types of the ninth root downfall.</w:t>
      </w:r>
    </w:p>
    <w:p>
      <w:r>
        <w:rPr>
          <w:rFonts w:ascii="Calibri" w:hAnsi="Calibri" w:eastAsia="Source Han Sans"/>
          <w:sz w:val="22"/>
        </w:rPr>
        <w:t>解释第九条根本堕的两种典型类型。</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Analytical meditation, 15 minutes per day on the root downfalls covered so far, checking how close you have come to committing each, and also checking what is the farthest you have stayed away from them during the last 24 hours. Rotate between them if there is not enough time to check thoroughly during one meditation session.</w:t>
            </w:r>
          </w:p>
          <w:p>
            <w:r>
              <w:rPr>
                <w:rFonts w:ascii="Calibri" w:hAnsi="Calibri"/>
                <w:i/>
                <w:color w:val="7A6A4F"/>
                <w:sz w:val="21"/>
              </w:rPr>
              <w:t>Meditation dates and times (homework without these will not be accepted):</w:t>
            </w:r>
          </w:p>
          <w:p>
            <w:r>
              <w:rPr>
                <w:rFonts w:ascii="Calibri" w:hAnsi="Calibri" w:eastAsia="Source Han Sans"/>
                <w:sz w:val="22"/>
              </w:rPr>
              <w:t>中</w:t>
            </w:r>
          </w:p>
          <w:p>
            <w:r>
              <w:rPr>
                <w:rFonts w:ascii="Calibri" w:hAnsi="Calibri" w:eastAsia="Source Han Sans"/>
                <w:sz w:val="22"/>
              </w:rPr>
              <w:t>冥想作业：每天 15 分钟分析式冥想，对象是目前学过的这些根本堕。检查你离犯下每一条有多近，也检查在过去 24 小时里，你离它们最远的时候是什么状态。如果一次冥想的时间不够彻底检查完，就在各条之间轮流。</w:t>
            </w:r>
          </w:p>
          <w:p>
            <w:r>
              <w:rPr>
                <w:rFonts w:ascii="Calibri" w:hAnsi="Calibri" w:eastAsia="Source Han Sans"/>
                <w:sz w:val="22"/>
              </w:rPr>
              <w:t>冥想的日期与时间（没有填写的作业不予受理）：</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